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0C8F5" w14:textId="77777777" w:rsidR="006D5608" w:rsidRDefault="00AC7140">
      <w:pPr>
        <w:jc w:val="center"/>
      </w:pPr>
      <w:r>
        <w:rPr>
          <w:b/>
          <w:color w:val="003366"/>
          <w:sz w:val="28"/>
        </w:rPr>
        <w:t>COMUNE DI BROSSASCO</w:t>
      </w:r>
      <w:r>
        <w:rPr>
          <w:b/>
          <w:color w:val="003366"/>
          <w:sz w:val="28"/>
        </w:rPr>
        <w:br/>
        <w:t>(Provincia di Cuneo)</w:t>
      </w:r>
    </w:p>
    <w:p w14:paraId="264A24C4" w14:textId="77777777" w:rsidR="006D5608" w:rsidRDefault="00AC7140">
      <w:pPr>
        <w:jc w:val="center"/>
      </w:pPr>
      <w:r>
        <w:rPr>
          <w:b/>
          <w:sz w:val="24"/>
        </w:rPr>
        <w:t>AMMINISTRAZIONE TRASPARENTE - SEZIONE ORGANIZZAZIONE</w:t>
      </w:r>
      <w:r>
        <w:rPr>
          <w:b/>
          <w:sz w:val="24"/>
        </w:rPr>
        <w:br/>
        <w:t>Prospetto dei Compensi Erogati per Incarico a Scavalco / Convenzione</w:t>
      </w:r>
    </w:p>
    <w:p w14:paraId="05712ACE" w14:textId="77777777" w:rsidR="006D5608" w:rsidRDefault="00AC7140">
      <w:r>
        <w:t>Riferimento normativo: Art. 14, comma 1, lett. c) del D.Lgs. n. 33/2013</w:t>
      </w:r>
    </w:p>
    <w:p w14:paraId="065D0A60" w14:textId="77777777" w:rsidR="003D58BD" w:rsidRDefault="00AC7140">
      <w:proofErr w:type="spellStart"/>
      <w:r>
        <w:rPr>
          <w:b/>
        </w:rPr>
        <w:t>Nominativo</w:t>
      </w:r>
      <w:proofErr w:type="spellEnd"/>
      <w:r>
        <w:rPr>
          <w:b/>
        </w:rPr>
        <w:t xml:space="preserve"> Segretario Comunale: </w:t>
      </w:r>
      <w:r w:rsidR="003D58BD">
        <w:t>MUSSO dr. Giorgio</w:t>
      </w:r>
    </w:p>
    <w:p w14:paraId="6183CBC5" w14:textId="2C9BE133" w:rsidR="006D5608" w:rsidRDefault="006D5608"/>
    <w:tbl>
      <w:tblPr>
        <w:tblStyle w:val="Sfondochiaro-Colore1"/>
        <w:tblW w:w="0" w:type="auto"/>
        <w:tblLook w:val="04A0" w:firstRow="1" w:lastRow="0" w:firstColumn="1" w:lastColumn="0" w:noHBand="0" w:noVBand="1"/>
      </w:tblPr>
      <w:tblGrid>
        <w:gridCol w:w="2518"/>
        <w:gridCol w:w="2693"/>
        <w:gridCol w:w="2977"/>
      </w:tblGrid>
      <w:tr w:rsidR="003D58BD" w14:paraId="552877BC" w14:textId="77777777" w:rsidTr="003D58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003366"/>
          </w:tcPr>
          <w:p w14:paraId="182D217B" w14:textId="77777777" w:rsidR="003D58BD" w:rsidRDefault="003D58BD">
            <w:r>
              <w:rPr>
                <w:color w:val="FFFFFF"/>
              </w:rPr>
              <w:t xml:space="preserve">Voce </w:t>
            </w:r>
            <w:proofErr w:type="spellStart"/>
            <w:r>
              <w:rPr>
                <w:color w:val="FFFFFF"/>
              </w:rPr>
              <w:t>Retributiva</w:t>
            </w:r>
            <w:proofErr w:type="spellEnd"/>
            <w:r>
              <w:rPr>
                <w:color w:val="FFFFFF"/>
              </w:rPr>
              <w:t xml:space="preserve"> / Tipo di Spesa</w:t>
            </w:r>
          </w:p>
        </w:tc>
        <w:tc>
          <w:tcPr>
            <w:tcW w:w="2693" w:type="dxa"/>
            <w:shd w:val="clear" w:color="auto" w:fill="003366"/>
          </w:tcPr>
          <w:p w14:paraId="166A2827" w14:textId="77777777" w:rsidR="003D58BD" w:rsidRDefault="003D5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Frequenza</w:t>
            </w:r>
          </w:p>
        </w:tc>
        <w:tc>
          <w:tcPr>
            <w:tcW w:w="2977" w:type="dxa"/>
            <w:shd w:val="clear" w:color="auto" w:fill="003366"/>
          </w:tcPr>
          <w:p w14:paraId="01932A0D" w14:textId="77777777" w:rsidR="003D58BD" w:rsidRDefault="003D58B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Importo Lordo (€)</w:t>
            </w:r>
          </w:p>
        </w:tc>
      </w:tr>
      <w:tr w:rsidR="003D58BD" w14:paraId="1AEE9BB2" w14:textId="77777777" w:rsidTr="003D5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588A58B" w14:textId="77777777" w:rsidR="003D58BD" w:rsidRDefault="003D58BD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  <w:r>
              <w:t xml:space="preserve"> Anno 2021</w:t>
            </w:r>
          </w:p>
          <w:p w14:paraId="0C863DF3" w14:textId="54BA8260" w:rsidR="003D58BD" w:rsidRDefault="003D58BD"/>
        </w:tc>
        <w:tc>
          <w:tcPr>
            <w:tcW w:w="2693" w:type="dxa"/>
          </w:tcPr>
          <w:p w14:paraId="150354EB" w14:textId="4E4791FC" w:rsidR="003D58BD" w:rsidRDefault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Novembre </w:t>
            </w:r>
            <w:proofErr w:type="spellStart"/>
            <w:r>
              <w:t>dicembre</w:t>
            </w:r>
            <w:proofErr w:type="spellEnd"/>
            <w:r>
              <w:t xml:space="preserve"> </w:t>
            </w:r>
          </w:p>
        </w:tc>
        <w:tc>
          <w:tcPr>
            <w:tcW w:w="2977" w:type="dxa"/>
          </w:tcPr>
          <w:p w14:paraId="3BDD7358" w14:textId="5276B2B3" w:rsidR="003D58BD" w:rsidRDefault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</w:t>
            </w:r>
            <w:r>
              <w:rPr>
                <w:rFonts w:ascii="Arial" w:hAnsi="Arial" w:cs="Arial"/>
              </w:rPr>
              <w:t xml:space="preserve"> </w:t>
            </w:r>
            <w:r w:rsidRPr="003D58BD">
              <w:t>1.132,50</w:t>
            </w:r>
          </w:p>
        </w:tc>
      </w:tr>
      <w:tr w:rsidR="003D58BD" w14:paraId="5D7BC397" w14:textId="77777777" w:rsidTr="003D58BD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8D19473" w14:textId="77777777" w:rsidR="003D58BD" w:rsidRDefault="003D58BD" w:rsidP="003D58BD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</w:p>
          <w:p w14:paraId="4ED7BA01" w14:textId="766DEEAC" w:rsidR="003D58BD" w:rsidRDefault="003D58BD" w:rsidP="003D58BD">
            <w:r>
              <w:t>Anno 2022</w:t>
            </w:r>
          </w:p>
        </w:tc>
        <w:tc>
          <w:tcPr>
            <w:tcW w:w="2693" w:type="dxa"/>
          </w:tcPr>
          <w:p w14:paraId="4C751E45" w14:textId="31D3A8EC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11268F49" w14:textId="43453DEE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13136CAC" w14:textId="77777777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3° </w:t>
            </w:r>
            <w:proofErr w:type="spellStart"/>
            <w:r>
              <w:t>trimestre</w:t>
            </w:r>
            <w:proofErr w:type="spellEnd"/>
          </w:p>
          <w:p w14:paraId="6F685072" w14:textId="0FE31642" w:rsidR="008C6804" w:rsidRDefault="008C6804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4° </w:t>
            </w:r>
            <w:proofErr w:type="spellStart"/>
            <w:r>
              <w:t>trimestre</w:t>
            </w:r>
            <w:proofErr w:type="spellEnd"/>
          </w:p>
          <w:p w14:paraId="450796FF" w14:textId="4A9E7A7B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14CA3D4E" w14:textId="77777777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8BD">
              <w:t>€ 2.265,00</w:t>
            </w:r>
          </w:p>
          <w:p w14:paraId="445EA899" w14:textId="77777777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  <w:p w14:paraId="2FDCC837" w14:textId="77777777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  <w:p w14:paraId="4F389E49" w14:textId="614A068D" w:rsidR="003D58BD" w:rsidRDefault="003D58BD" w:rsidP="003D58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D58BD" w14:paraId="4F03E96F" w14:textId="77777777" w:rsidTr="003D5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983C2AD" w14:textId="77777777" w:rsidR="003D58BD" w:rsidRDefault="003D58BD" w:rsidP="003D58BD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</w:p>
          <w:p w14:paraId="0E761634" w14:textId="77777777" w:rsidR="003D58BD" w:rsidRDefault="003D58BD" w:rsidP="003D58BD">
            <w:pPr>
              <w:rPr>
                <w:b w:val="0"/>
                <w:bCs w:val="0"/>
              </w:rPr>
            </w:pPr>
            <w:r>
              <w:t>Anno 202</w:t>
            </w:r>
            <w:r>
              <w:t>3</w:t>
            </w:r>
          </w:p>
          <w:p w14:paraId="700B6EC4" w14:textId="107BEF42" w:rsidR="003D58BD" w:rsidRDefault="003D58BD" w:rsidP="003D58BD"/>
        </w:tc>
        <w:tc>
          <w:tcPr>
            <w:tcW w:w="2693" w:type="dxa"/>
          </w:tcPr>
          <w:p w14:paraId="35A13AD2" w14:textId="77777777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055A603C" w14:textId="77777777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772A9E62" w14:textId="5CCA9AB4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3° </w:t>
            </w:r>
            <w:proofErr w:type="spellStart"/>
            <w:r>
              <w:t>trimestre</w:t>
            </w:r>
            <w:proofErr w:type="spellEnd"/>
          </w:p>
          <w:p w14:paraId="4DB5CE79" w14:textId="1D2F8A39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4° </w:t>
            </w:r>
            <w:proofErr w:type="spellStart"/>
            <w:r>
              <w:t>trimestre</w:t>
            </w:r>
            <w:proofErr w:type="spellEnd"/>
          </w:p>
          <w:p w14:paraId="01A53929" w14:textId="79AB246C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318723DA" w14:textId="77777777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58BD">
              <w:t>€ 2.265,00</w:t>
            </w:r>
          </w:p>
          <w:p w14:paraId="28773D3C" w14:textId="77777777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  <w:p w14:paraId="0174F4E0" w14:textId="77777777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  <w:p w14:paraId="3A8E995C" w14:textId="13F2AE06" w:rsidR="003D58BD" w:rsidRDefault="003D58BD" w:rsidP="003D58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</w:tc>
      </w:tr>
      <w:tr w:rsidR="008C6804" w14:paraId="3AAC2795" w14:textId="77777777" w:rsidTr="003D58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ED28F9D" w14:textId="77777777" w:rsidR="008C6804" w:rsidRDefault="008C6804" w:rsidP="008C6804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</w:p>
          <w:p w14:paraId="4EDC6435" w14:textId="2F42B826" w:rsidR="008C6804" w:rsidRDefault="008C6804" w:rsidP="008C6804">
            <w:pPr>
              <w:rPr>
                <w:b w:val="0"/>
                <w:bCs w:val="0"/>
              </w:rPr>
            </w:pPr>
            <w:r>
              <w:t>Anno 202</w:t>
            </w:r>
            <w:r>
              <w:t>4</w:t>
            </w:r>
          </w:p>
          <w:p w14:paraId="641F231C" w14:textId="69BBA5BF" w:rsidR="008C6804" w:rsidRDefault="008C6804" w:rsidP="008C6804"/>
        </w:tc>
        <w:tc>
          <w:tcPr>
            <w:tcW w:w="2693" w:type="dxa"/>
          </w:tcPr>
          <w:p w14:paraId="46D4F3EA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729E2B40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38EE2EE3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3° </w:t>
            </w:r>
            <w:proofErr w:type="spellStart"/>
            <w:r>
              <w:t>trimestre</w:t>
            </w:r>
            <w:proofErr w:type="spellEnd"/>
          </w:p>
          <w:p w14:paraId="24897F07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4° </w:t>
            </w:r>
            <w:proofErr w:type="spellStart"/>
            <w:r>
              <w:t>trimestre</w:t>
            </w:r>
            <w:proofErr w:type="spellEnd"/>
          </w:p>
          <w:p w14:paraId="1992D692" w14:textId="77FD2DDA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49DAEABC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8BD">
              <w:t>€ 2.265,00</w:t>
            </w:r>
          </w:p>
          <w:p w14:paraId="6E6C1B2A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  <w:p w14:paraId="445B178A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  <w:p w14:paraId="313E5A02" w14:textId="75A2D794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</w:tc>
      </w:tr>
      <w:tr w:rsidR="008C6804" w14:paraId="45EC844E" w14:textId="77777777" w:rsidTr="003D58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34E7DA5" w14:textId="77777777" w:rsidR="008C6804" w:rsidRDefault="008C6804" w:rsidP="008C6804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</w:p>
          <w:p w14:paraId="7536D358" w14:textId="6E6B01C2" w:rsidR="008C6804" w:rsidRDefault="008C6804" w:rsidP="008C6804">
            <w:pPr>
              <w:rPr>
                <w:b w:val="0"/>
                <w:bCs w:val="0"/>
              </w:rPr>
            </w:pPr>
            <w:r>
              <w:t>Anno 202</w:t>
            </w:r>
            <w:r>
              <w:t>5</w:t>
            </w:r>
          </w:p>
          <w:p w14:paraId="79774C74" w14:textId="368ABBAC" w:rsidR="008C6804" w:rsidRDefault="008C6804" w:rsidP="008C6804"/>
        </w:tc>
        <w:tc>
          <w:tcPr>
            <w:tcW w:w="2693" w:type="dxa"/>
          </w:tcPr>
          <w:p w14:paraId="41BE075F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322DA3AD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1BECE75C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3° </w:t>
            </w:r>
            <w:proofErr w:type="spellStart"/>
            <w:r>
              <w:t>trimestre</w:t>
            </w:r>
            <w:proofErr w:type="spellEnd"/>
          </w:p>
          <w:p w14:paraId="6A748125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4° </w:t>
            </w:r>
            <w:proofErr w:type="spellStart"/>
            <w:r>
              <w:t>trimestre</w:t>
            </w:r>
            <w:proofErr w:type="spellEnd"/>
          </w:p>
          <w:p w14:paraId="70BCE95C" w14:textId="5356BDD9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128B68A6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D58BD">
              <w:t>€ 2.265,00</w:t>
            </w:r>
          </w:p>
          <w:p w14:paraId="093A539E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  <w:p w14:paraId="1DA6876D" w14:textId="77777777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  <w:p w14:paraId="1A516BEE" w14:textId="18A62ED3" w:rsidR="008C6804" w:rsidRDefault="008C6804" w:rsidP="008C68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€ 2.265,00</w:t>
            </w:r>
          </w:p>
        </w:tc>
      </w:tr>
      <w:tr w:rsidR="008C6804" w14:paraId="344CA0A5" w14:textId="77777777" w:rsidTr="003D58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9DD8644" w14:textId="77777777" w:rsidR="008C6804" w:rsidRDefault="008C6804" w:rsidP="008C6804">
            <w:pPr>
              <w:rPr>
                <w:b w:val="0"/>
                <w:bCs w:val="0"/>
              </w:rPr>
            </w:pPr>
            <w:proofErr w:type="spellStart"/>
            <w:r>
              <w:t>Indennità</w:t>
            </w:r>
            <w:proofErr w:type="spellEnd"/>
            <w:r>
              <w:t xml:space="preserve"> di </w:t>
            </w:r>
            <w:proofErr w:type="spellStart"/>
            <w:r>
              <w:t>scavalco</w:t>
            </w:r>
            <w:proofErr w:type="spellEnd"/>
          </w:p>
          <w:p w14:paraId="0274B5B3" w14:textId="4836621E" w:rsidR="008C6804" w:rsidRDefault="008C6804" w:rsidP="008C6804">
            <w:pPr>
              <w:rPr>
                <w:b w:val="0"/>
                <w:bCs w:val="0"/>
              </w:rPr>
            </w:pPr>
            <w:r>
              <w:t>Anno 202</w:t>
            </w:r>
            <w:r>
              <w:t>6</w:t>
            </w:r>
          </w:p>
          <w:p w14:paraId="6BE871B9" w14:textId="77777777" w:rsidR="008C6804" w:rsidRDefault="008C6804" w:rsidP="008C6804"/>
        </w:tc>
        <w:tc>
          <w:tcPr>
            <w:tcW w:w="2693" w:type="dxa"/>
          </w:tcPr>
          <w:p w14:paraId="526B4315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77F9592A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2° </w:t>
            </w:r>
            <w:proofErr w:type="spellStart"/>
            <w:r>
              <w:t>trimestre</w:t>
            </w:r>
            <w:proofErr w:type="spellEnd"/>
            <w:r>
              <w:t xml:space="preserve"> </w:t>
            </w:r>
          </w:p>
          <w:p w14:paraId="7E516586" w14:textId="6A309325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5FB447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977" w:type="dxa"/>
          </w:tcPr>
          <w:p w14:paraId="13B0CF8D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D58BD">
              <w:t>€ 2.265,00</w:t>
            </w:r>
          </w:p>
          <w:p w14:paraId="01171018" w14:textId="77777777" w:rsidR="008C6804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€ 2.265,00</w:t>
            </w:r>
          </w:p>
          <w:p w14:paraId="2593DB31" w14:textId="6489E980" w:rsidR="008C6804" w:rsidRPr="003D58BD" w:rsidRDefault="008C6804" w:rsidP="008C68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AEDE2F" w14:textId="796FA76A" w:rsidR="006D5608" w:rsidRDefault="00AC7140" w:rsidP="00AC7140">
      <w:r>
        <w:br/>
      </w:r>
      <w:r>
        <w:rPr>
          <w:i/>
        </w:rPr>
        <w:t>Il presente prospetto assolve agli obblighi di trasparenza relativi alle sole somme direttamente a carico del bilancio di questo Ente.</w:t>
      </w:r>
    </w:p>
    <w:sectPr w:rsidR="006D56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4785599">
    <w:abstractNumId w:val="8"/>
  </w:num>
  <w:num w:numId="2" w16cid:durableId="363556796">
    <w:abstractNumId w:val="6"/>
  </w:num>
  <w:num w:numId="3" w16cid:durableId="280958013">
    <w:abstractNumId w:val="5"/>
  </w:num>
  <w:num w:numId="4" w16cid:durableId="355155716">
    <w:abstractNumId w:val="4"/>
  </w:num>
  <w:num w:numId="5" w16cid:durableId="484933481">
    <w:abstractNumId w:val="7"/>
  </w:num>
  <w:num w:numId="6" w16cid:durableId="47848212">
    <w:abstractNumId w:val="3"/>
  </w:num>
  <w:num w:numId="7" w16cid:durableId="2000697152">
    <w:abstractNumId w:val="2"/>
  </w:num>
  <w:num w:numId="8" w16cid:durableId="753434195">
    <w:abstractNumId w:val="1"/>
  </w:num>
  <w:num w:numId="9" w16cid:durableId="171450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4676"/>
    <w:rsid w:val="003D58BD"/>
    <w:rsid w:val="006D5608"/>
    <w:rsid w:val="008C6804"/>
    <w:rsid w:val="00AA1D8D"/>
    <w:rsid w:val="00AC7140"/>
    <w:rsid w:val="00B47730"/>
    <w:rsid w:val="00CB0664"/>
    <w:rsid w:val="00F939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58F04"/>
  <w14:defaultImageDpi w14:val="300"/>
  <w15:docId w15:val="{D1D02311-C378-4678-8B2D-6680CB43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8BD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Protocollo</cp:lastModifiedBy>
  <cp:revision>2</cp:revision>
  <dcterms:created xsi:type="dcterms:W3CDTF">2026-10-21T15:40:00Z</dcterms:created>
  <dcterms:modified xsi:type="dcterms:W3CDTF">2026-10-21T15:40:00Z</dcterms:modified>
  <cp:category/>
</cp:coreProperties>
</file>